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D03FA" w:rsidR="00091237" w:rsidRDefault="00000000" w14:paraId="78F36529" w14:textId="77777777">
      <w:pPr>
        <w:jc w:val="center"/>
        <w:rPr>
          <w:rFonts w:ascii="Mind Meridian" w:hAnsi="Mind Meridian" w:cs="Mind Meridian"/>
        </w:rPr>
      </w:pPr>
      <w:r w:rsidRPr="004D03FA">
        <w:rPr>
          <w:rFonts w:ascii="Mind Meridian" w:hAnsi="Mind Meridian" w:cs="Mind Meridian"/>
          <w:b/>
          <w:color w:val="1300C1"/>
          <w:sz w:val="40"/>
        </w:rPr>
        <w:t>The Wave Project Referral Form</w:t>
      </w:r>
      <w:r w:rsidRPr="004D03FA">
        <w:rPr>
          <w:rFonts w:ascii="Mind Meridian" w:hAnsi="Mind Meridian" w:cs="Mind Meridian"/>
          <w:b/>
          <w:color w:val="006699"/>
          <w:sz w:val="40"/>
        </w:rPr>
        <w:br/>
      </w:r>
      <w:r w:rsidRPr="004D03FA">
        <w:rPr>
          <w:rFonts w:ascii="Mind Meridian" w:hAnsi="Mind Meridian" w:cs="Mind Meridian"/>
        </w:rPr>
        <w:t>Bereavement Support for Children, Young People and Families</w:t>
      </w:r>
    </w:p>
    <w:p w:rsidRPr="006B6F49" w:rsidR="006B6F49" w:rsidP="006B6F49" w:rsidRDefault="006B6F49" w14:paraId="3B3B2A35" w14:textId="77777777">
      <w:pPr>
        <w:rPr>
          <w:rFonts w:ascii="Mind Meridian" w:hAnsi="Mind Meridian" w:cs="Mind Meridian"/>
          <w:b/>
          <w:sz w:val="28"/>
          <w:lang w:val="en-GB"/>
        </w:rPr>
      </w:pPr>
      <w:r w:rsidRPr="006B6F49">
        <w:rPr>
          <w:rFonts w:ascii="Segoe UI Emoji" w:hAnsi="Segoe UI Emoji" w:cs="Segoe UI Emoji"/>
          <w:b/>
          <w:sz w:val="28"/>
          <w:lang w:val="en-GB"/>
        </w:rPr>
        <w:t>🌊</w:t>
      </w:r>
      <w:r w:rsidRPr="006B6F49">
        <w:rPr>
          <w:rFonts w:ascii="Mind Meridian" w:hAnsi="Mind Meridian" w:cs="Mind Meridian"/>
          <w:b/>
          <w:sz w:val="28"/>
          <w:lang w:val="en-GB"/>
        </w:rPr>
        <w:t xml:space="preserve"> Welcome</w:t>
      </w:r>
    </w:p>
    <w:p w:rsidRPr="004D03FA" w:rsidR="00091237" w:rsidRDefault="00000000" w14:paraId="4D845F83" w14:textId="312AB9A1">
      <w:pPr>
        <w:rPr>
          <w:rFonts w:ascii="Mind Meridian" w:hAnsi="Mind Meridian" w:cs="Mind Meridian"/>
        </w:rPr>
      </w:pPr>
      <w:r w:rsidRPr="004D03FA">
        <w:rPr>
          <w:rFonts w:ascii="Mind Meridian" w:hAnsi="Mind Meridian" w:cs="Mind Meridian"/>
        </w:rPr>
        <w:t>We support children and young people aged 5-18 (up to 25 with SEND) who are experiencing grief or bereavement and live, learn or access services within Blackburn with Darwen. Our sessions are gentle, creative and supportive</w:t>
      </w:r>
      <w:r w:rsidR="008E178B">
        <w:rPr>
          <w:rFonts w:ascii="Mind Meridian" w:hAnsi="Mind Meridian" w:cs="Mind Meridian"/>
        </w:rPr>
        <w:t>, with no pressure to talk if you are not ready.</w:t>
      </w:r>
    </w:p>
    <w:p w:rsidRPr="006B6F49" w:rsidR="006B6F49" w:rsidP="006B6F49" w:rsidRDefault="006B6F49" w14:paraId="1C5E7795" w14:textId="77777777">
      <w:pPr>
        <w:rPr>
          <w:rFonts w:ascii="Mind Meridian" w:hAnsi="Mind Meridian" w:cs="Mind Meridian"/>
          <w:b/>
          <w:sz w:val="28"/>
          <w:lang w:val="en-GB"/>
        </w:rPr>
      </w:pPr>
      <w:r w:rsidRPr="006B6F49">
        <w:rPr>
          <w:rFonts w:ascii="Segoe UI Emoji" w:hAnsi="Segoe UI Emoji" w:cs="Segoe UI Emoji"/>
          <w:b/>
          <w:sz w:val="28"/>
          <w:lang w:val="en-GB"/>
        </w:rPr>
        <w:t>✅</w:t>
      </w:r>
      <w:r w:rsidRPr="006B6F49">
        <w:rPr>
          <w:rFonts w:ascii="Mind Meridian" w:hAnsi="Mind Meridian" w:cs="Mind Meridian"/>
          <w:b/>
          <w:sz w:val="28"/>
          <w:lang w:val="en-GB"/>
        </w:rPr>
        <w:t xml:space="preserve"> Who is this referral for?</w:t>
      </w:r>
    </w:p>
    <w:p w:rsidRPr="004D03FA" w:rsidR="00091237" w:rsidRDefault="00000000" w14:paraId="43820E00" w14:textId="77777777">
      <w:pPr>
        <w:rPr>
          <w:rFonts w:ascii="Mind Meridian" w:hAnsi="Mind Meridian" w:cs="Mind Meridian"/>
        </w:rPr>
      </w:pP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Myself (young person aged 14+)</w:t>
      </w:r>
      <w:r w:rsidRPr="004D03FA">
        <w:rPr>
          <w:rFonts w:ascii="Mind Meridian" w:hAnsi="Mind Meridian" w:cs="Mind Meridian"/>
        </w:rPr>
        <w:br/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My child or a young person I care for</w:t>
      </w:r>
      <w:r w:rsidRPr="004D03FA">
        <w:rPr>
          <w:rFonts w:ascii="Mind Meridian" w:hAnsi="Mind Meridian" w:cs="Mind Meridian"/>
        </w:rPr>
        <w:br/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A young person I work with</w:t>
      </w:r>
    </w:p>
    <w:p w:rsidRPr="006B6F49" w:rsidR="006B6F49" w:rsidP="006B6F49" w:rsidRDefault="006B6F49" w14:paraId="26DEF1D4" w14:textId="77777777">
      <w:pPr>
        <w:rPr>
          <w:rFonts w:ascii="Mind Meridian" w:hAnsi="Mind Meridian" w:cs="Mind Meridian"/>
          <w:b/>
          <w:sz w:val="28"/>
          <w:lang w:val="en-GB"/>
        </w:rPr>
      </w:pPr>
      <w:r w:rsidRPr="006B6F49">
        <w:rPr>
          <w:rFonts w:ascii="Segoe UI Emoji" w:hAnsi="Segoe UI Emoji" w:cs="Segoe UI Emoji"/>
          <w:b/>
          <w:sz w:val="28"/>
          <w:lang w:val="en-GB"/>
        </w:rPr>
        <w:t>📬</w:t>
      </w:r>
      <w:r w:rsidRPr="006B6F49">
        <w:rPr>
          <w:rFonts w:ascii="Mind Meridian" w:hAnsi="Mind Meridian" w:cs="Mind Meridian"/>
          <w:b/>
          <w:sz w:val="28"/>
          <w:lang w:val="en-GB"/>
        </w:rPr>
        <w:t xml:space="preserve"> What happens next?</w:t>
      </w:r>
    </w:p>
    <w:p w:rsidR="008E178B" w:rsidP="00F47A84" w:rsidRDefault="001E3D66" w14:paraId="1F155A17" w14:textId="77777777">
      <w:pPr>
        <w:rPr>
          <w:rFonts w:ascii="Mind Meridian" w:hAnsi="Mind Meridian" w:cs="Mind Meridian"/>
        </w:rPr>
      </w:pPr>
      <w:r w:rsidRPr="001E3D66">
        <w:rPr>
          <w:rFonts w:ascii="Mind Meridian" w:hAnsi="Mind Meridian" w:cs="Mind Meridian"/>
        </w:rPr>
        <w:t>You can fill this in on your own or with someone you trust. Then send it to: </w:t>
      </w:r>
      <w:r w:rsidRPr="001E3D66">
        <w:rPr>
          <w:rFonts w:ascii="Mind Meridian" w:hAnsi="Mind Meridian" w:cs="Mind Meridian"/>
        </w:rPr>
        <w:br/>
      </w:r>
      <w:r w:rsidRPr="001E3D66">
        <w:rPr>
          <w:rFonts w:ascii="Segoe UI Emoji" w:hAnsi="Segoe UI Emoji" w:cs="Segoe UI Emoji"/>
        </w:rPr>
        <w:t>📧</w:t>
      </w:r>
      <w:r w:rsidRPr="001E3D66">
        <w:rPr>
          <w:rFonts w:ascii="Mind Meridian" w:hAnsi="Mind Meridian" w:cs="Mind Meridian"/>
        </w:rPr>
        <w:t> </w:t>
      </w:r>
      <w:hyperlink w:tgtFrame="_blank" w:history="1" r:id="rId8">
        <w:r w:rsidRPr="001E3D66">
          <w:rPr>
            <w:rStyle w:val="Hyperlink"/>
            <w:rFonts w:ascii="Mind Meridian" w:hAnsi="Mind Meridian" w:cs="Mind Meridian"/>
          </w:rPr>
          <w:t>thewaveproject@lancashiremind.org.uk</w:t>
        </w:r>
      </w:hyperlink>
      <w:r w:rsidRPr="001E3D66">
        <w:rPr>
          <w:rFonts w:ascii="Mind Meridian" w:hAnsi="Mind Meridian" w:cs="Mind Meridian"/>
        </w:rPr>
        <w:t> </w:t>
      </w:r>
      <w:r w:rsidRPr="001E3D66">
        <w:rPr>
          <w:rFonts w:ascii="Mind Meridian" w:hAnsi="Mind Meridian" w:cs="Mind Meridian"/>
        </w:rPr>
        <w:br/>
      </w:r>
      <w:r w:rsidRPr="001E3D66">
        <w:rPr>
          <w:rFonts w:ascii="Mind Meridian" w:hAnsi="Mind Meridian" w:cs="Mind Meridian"/>
        </w:rPr>
        <w:t>Once we receive the referral, someone from our team will be in touch within 7-14 working days to talk about what kind of support feels right for you. You can see our team at the bottom of our email signature.</w:t>
      </w:r>
      <w:r w:rsidRPr="001E3D66">
        <w:rPr>
          <w:rFonts w:ascii="Mind Meridian" w:hAnsi="Mind Meridian" w:cs="Mind Meridian"/>
        </w:rPr>
        <w:drawing>
          <wp:inline distT="0" distB="0" distL="0" distR="0" wp14:anchorId="34E59BCE" wp14:editId="23132C55">
            <wp:extent cx="7620" cy="7620"/>
            <wp:effectExtent l="0" t="0" r="0" b="0"/>
            <wp:docPr id="15425756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D66">
        <w:rPr>
          <w:rFonts w:ascii="Mind Meridian" w:hAnsi="Mind Meridian" w:cs="Mind Meridian"/>
        </w:rPr>
        <w:t> </w:t>
      </w:r>
    </w:p>
    <w:p w:rsidRPr="00F47A84" w:rsidR="00F47A84" w:rsidP="00F47A84" w:rsidRDefault="00F47A84" w14:paraId="5DC8F91B" w14:textId="4F202417">
      <w:pPr>
        <w:rPr>
          <w:rFonts w:ascii="Mind Meridian" w:hAnsi="Mind Meridian" w:cs="Mind Meridian"/>
          <w:b/>
          <w:sz w:val="28"/>
          <w:lang w:val="en-GB"/>
        </w:rPr>
      </w:pPr>
      <w:r w:rsidRPr="00F47A84">
        <w:rPr>
          <w:rFonts w:ascii="Segoe UI Emoji" w:hAnsi="Segoe UI Emoji" w:cs="Segoe UI Emoji"/>
          <w:b/>
          <w:sz w:val="28"/>
          <w:lang w:val="en-GB"/>
        </w:rPr>
        <w:t>🧍</w:t>
      </w:r>
      <w:r w:rsidRPr="00F47A84">
        <w:rPr>
          <w:rFonts w:ascii="Mind Meridian" w:hAnsi="Mind Meridian" w:cs="Mind Meridian"/>
          <w:b/>
          <w:sz w:val="28"/>
          <w:lang w:val="en-GB"/>
        </w:rPr>
        <w:t xml:space="preserve"> About the Young Person</w:t>
      </w:r>
    </w:p>
    <w:p w:rsidR="008E178B" w:rsidP="008E178B" w:rsidRDefault="00000000" w14:paraId="4ECACFBE" w14:textId="77777777">
      <w:pPr>
        <w:pStyle w:val="ListParagraph"/>
        <w:numPr>
          <w:ilvl w:val="0"/>
          <w:numId w:val="10"/>
        </w:numPr>
        <w:rPr>
          <w:rFonts w:ascii="Mind Meridian" w:hAnsi="Mind Meridian" w:cs="Mind Meridian"/>
        </w:rPr>
      </w:pPr>
      <w:r w:rsidRPr="008E178B">
        <w:rPr>
          <w:rFonts w:ascii="Mind Meridian" w:hAnsi="Mind Meridian" w:cs="Mind Meridian"/>
        </w:rPr>
        <w:t>Full name:</w:t>
      </w:r>
    </w:p>
    <w:p w:rsidR="008E178B" w:rsidP="008E178B" w:rsidRDefault="00000000" w14:paraId="4C6B6EA5" w14:textId="77777777">
      <w:pPr>
        <w:pStyle w:val="ListParagraph"/>
        <w:numPr>
          <w:ilvl w:val="0"/>
          <w:numId w:val="10"/>
        </w:numPr>
        <w:rPr>
          <w:rFonts w:ascii="Mind Meridian" w:hAnsi="Mind Meridian" w:cs="Mind Meridian"/>
        </w:rPr>
      </w:pPr>
      <w:r w:rsidRPr="008E178B">
        <w:rPr>
          <w:rFonts w:ascii="Mind Meridian" w:hAnsi="Mind Meridian" w:cs="Mind Meridian"/>
        </w:rPr>
        <w:t>Preferred name:</w:t>
      </w:r>
    </w:p>
    <w:p w:rsidR="008E178B" w:rsidP="008E178B" w:rsidRDefault="00000000" w14:paraId="56105D1B" w14:textId="77777777">
      <w:pPr>
        <w:pStyle w:val="ListParagraph"/>
        <w:numPr>
          <w:ilvl w:val="0"/>
          <w:numId w:val="10"/>
        </w:numPr>
        <w:rPr>
          <w:rFonts w:ascii="Mind Meridian" w:hAnsi="Mind Meridian" w:cs="Mind Meridian"/>
        </w:rPr>
      </w:pPr>
      <w:r w:rsidRPr="008E178B">
        <w:rPr>
          <w:rFonts w:ascii="Mind Meridian" w:hAnsi="Mind Meridian" w:cs="Mind Meridian"/>
        </w:rPr>
        <w:t>Date of birth:</w:t>
      </w:r>
    </w:p>
    <w:p w:rsidR="008E178B" w:rsidP="008E178B" w:rsidRDefault="00000000" w14:paraId="5E119CF5" w14:textId="77777777">
      <w:pPr>
        <w:pStyle w:val="ListParagraph"/>
        <w:numPr>
          <w:ilvl w:val="0"/>
          <w:numId w:val="10"/>
        </w:numPr>
        <w:rPr>
          <w:rFonts w:ascii="Mind Meridian" w:hAnsi="Mind Meridian" w:cs="Mind Meridian"/>
        </w:rPr>
      </w:pPr>
      <w:r w:rsidRPr="008E178B">
        <w:rPr>
          <w:rFonts w:ascii="Mind Meridian" w:hAnsi="Mind Meridian" w:cs="Mind Meridian"/>
        </w:rPr>
        <w:t>Address and postcode:</w:t>
      </w:r>
    </w:p>
    <w:p w:rsidR="008E178B" w:rsidP="008E178B" w:rsidRDefault="00000000" w14:paraId="7D85C812" w14:textId="77777777">
      <w:pPr>
        <w:pStyle w:val="ListParagraph"/>
        <w:numPr>
          <w:ilvl w:val="0"/>
          <w:numId w:val="10"/>
        </w:numPr>
        <w:rPr>
          <w:rFonts w:ascii="Mind Meridian" w:hAnsi="Mind Meridian" w:cs="Mind Meridian"/>
        </w:rPr>
      </w:pPr>
      <w:r w:rsidRPr="008E178B">
        <w:rPr>
          <w:rFonts w:ascii="Mind Meridian" w:hAnsi="Mind Meridian" w:cs="Mind Meridian"/>
        </w:rPr>
        <w:t>School/College:</w:t>
      </w:r>
    </w:p>
    <w:p w:rsidR="008E178B" w:rsidP="008E178B" w:rsidRDefault="00000000" w14:paraId="64F850B4" w14:textId="77777777">
      <w:pPr>
        <w:pStyle w:val="ListParagraph"/>
        <w:numPr>
          <w:ilvl w:val="0"/>
          <w:numId w:val="10"/>
        </w:numPr>
        <w:rPr>
          <w:rFonts w:ascii="Mind Meridian" w:hAnsi="Mind Meridian" w:cs="Mind Meridian"/>
        </w:rPr>
      </w:pPr>
      <w:r w:rsidRPr="008E178B">
        <w:rPr>
          <w:rFonts w:ascii="Mind Meridian" w:hAnsi="Mind Meridian" w:cs="Mind Meridian"/>
        </w:rPr>
        <w:t>Email (optional):</w:t>
      </w:r>
    </w:p>
    <w:p w:rsidR="000476D6" w:rsidP="008E178B" w:rsidRDefault="00000000" w14:paraId="69A7D75F" w14:textId="77777777">
      <w:pPr>
        <w:pStyle w:val="ListParagraph"/>
        <w:numPr>
          <w:ilvl w:val="0"/>
          <w:numId w:val="10"/>
        </w:numPr>
        <w:rPr>
          <w:rFonts w:ascii="Mind Meridian" w:hAnsi="Mind Meridian" w:cs="Mind Meridian"/>
        </w:rPr>
      </w:pPr>
      <w:r w:rsidRPr="008E178B">
        <w:rPr>
          <w:rFonts w:ascii="Mind Meridian" w:hAnsi="Mind Meridian" w:cs="Mind Meridian"/>
        </w:rPr>
        <w:t>Pronouns (optional):</w:t>
      </w:r>
    </w:p>
    <w:p w:rsidR="000476D6" w:rsidP="008E178B" w:rsidRDefault="00174B3B" w14:paraId="32B3F65B" w14:textId="53D49F8C">
      <w:pPr>
        <w:pStyle w:val="ListParagraph"/>
        <w:numPr>
          <w:ilvl w:val="0"/>
          <w:numId w:val="10"/>
        </w:numPr>
        <w:rPr>
          <w:rFonts w:ascii="Mind Meridian" w:hAnsi="Mind Meridian" w:cs="Mind Meridian"/>
        </w:rPr>
      </w:pPr>
      <w:r>
        <w:rPr>
          <w:rFonts w:ascii="Mind Meridian" w:hAnsi="Mind Meridian" w:cs="Mind Meridian"/>
        </w:rPr>
        <w:t>Preferred g</w:t>
      </w:r>
      <w:r w:rsidRPr="008E178B">
        <w:rPr>
          <w:rFonts w:ascii="Mind Meridian" w:hAnsi="Mind Meridian" w:cs="Mind Meridian"/>
        </w:rPr>
        <w:t>ender identity:</w:t>
      </w:r>
    </w:p>
    <w:p w:rsidR="00174B3B" w:rsidP="008E178B" w:rsidRDefault="00000000" w14:paraId="1446CBE8" w14:textId="77777777">
      <w:pPr>
        <w:pStyle w:val="ListParagraph"/>
        <w:numPr>
          <w:ilvl w:val="0"/>
          <w:numId w:val="10"/>
        </w:numPr>
        <w:rPr>
          <w:rFonts w:ascii="Mind Meridian" w:hAnsi="Mind Meridian" w:cs="Mind Meridian"/>
        </w:rPr>
      </w:pPr>
      <w:r w:rsidRPr="008E178B">
        <w:rPr>
          <w:rFonts w:ascii="Mind Meridian" w:hAnsi="Mind Meridian" w:cs="Mind Meridian"/>
        </w:rPr>
        <w:t>Ethnicity:</w:t>
      </w:r>
      <w:r w:rsidRPr="008E178B">
        <w:rPr>
          <w:rFonts w:ascii="Mind Meridian" w:hAnsi="Mind Meridian" w:cs="Mind Meridian"/>
        </w:rPr>
        <w:br/>
      </w:r>
    </w:p>
    <w:p w:rsidR="00F0132E" w:rsidP="00F0132E" w:rsidRDefault="00F0132E" w14:paraId="1A6CA918" w14:textId="77777777">
      <w:pPr>
        <w:rPr>
          <w:rFonts w:ascii="Mind Meridian" w:hAnsi="Mind Meridian" w:cs="Mind Meridian"/>
        </w:rPr>
      </w:pPr>
    </w:p>
    <w:p w:rsidRPr="00F0132E" w:rsidR="00F0132E" w:rsidP="00F0132E" w:rsidRDefault="00F0132E" w14:paraId="6C661D4F" w14:textId="77777777">
      <w:pPr>
        <w:rPr>
          <w:rFonts w:ascii="Mind Meridian" w:hAnsi="Mind Meridian" w:cs="Mind Meridian"/>
        </w:rPr>
      </w:pPr>
    </w:p>
    <w:p w:rsidR="00091237" w:rsidP="00174B3B" w:rsidRDefault="00000000" w14:paraId="6E35367C" w14:textId="69379472">
      <w:pPr>
        <w:ind w:left="360"/>
        <w:rPr>
          <w:rFonts w:ascii="Mind Meridian" w:hAnsi="Mind Meridian" w:cs="Mind Meridian"/>
        </w:rPr>
      </w:pPr>
      <w:r w:rsidRPr="00174B3B">
        <w:rPr>
          <w:rFonts w:ascii="Mind Meridian" w:hAnsi="Mind Meridian" w:cs="Mind Meridian"/>
        </w:rPr>
        <w:t>Helping Us Understand You Better (Optional):</w:t>
      </w:r>
      <w:r w:rsidRPr="00174B3B">
        <w:rPr>
          <w:rFonts w:ascii="Mind Meridian" w:hAnsi="Mind Meridian" w:cs="Mind Meridian"/>
        </w:rPr>
        <w:br/>
      </w:r>
      <w:r w:rsidRPr="00174B3B">
        <w:rPr>
          <w:rFonts w:ascii="Mind Meridian" w:hAnsi="Mind Meridian" w:cs="Mind Meridian"/>
        </w:rPr>
        <w:t>Is there anything about the young person's identity, culture, faith, family background or lived experience that would help us provide appropriate support?</w:t>
      </w:r>
    </w:p>
    <w:p w:rsidRPr="00174B3B" w:rsidR="002F5790" w:rsidP="00174B3B" w:rsidRDefault="002F5790" w14:paraId="7E03FA91" w14:textId="53DCB334">
      <w:pPr>
        <w:ind w:left="360"/>
        <w:rPr>
          <w:rFonts w:ascii="Mind Meridian" w:hAnsi="Mind Meridian" w:cs="Mind Meridian"/>
        </w:rPr>
      </w:pPr>
      <w:r w:rsidRPr="002F5790">
        <w:rPr>
          <w:rFonts w:ascii="Segoe UI Emoji" w:hAnsi="Segoe UI Emoji" w:cs="Segoe UI Emoji"/>
        </w:rPr>
        <w:t>👇</w:t>
      </w:r>
      <w:r w:rsidRPr="002F5790">
        <w:rPr>
          <w:rFonts w:ascii="Mind Meridian" w:hAnsi="Mind Meridian" w:cs="Mind Meridian"/>
        </w:rPr>
        <w:t> </w:t>
      </w:r>
      <w:r w:rsidRPr="002F5790">
        <w:rPr>
          <w:rFonts w:ascii="Mind Meridian" w:hAnsi="Mind Meridian" w:cs="Mind Meridian"/>
          <w:b/>
          <w:bCs/>
        </w:rPr>
        <w:t>Please add information under the following questions:</w:t>
      </w:r>
      <w:r w:rsidRPr="002F5790">
        <w:rPr>
          <w:rFonts w:ascii="Mind Meridian" w:hAnsi="Mind Meridian" w:cs="Mind Meridian"/>
        </w:rPr>
        <w:t> </w:t>
      </w:r>
    </w:p>
    <w:p w:rsidR="00F47A84" w:rsidRDefault="00F47A84" w14:paraId="3B44B346" w14:textId="77777777">
      <w:pPr>
        <w:rPr>
          <w:rFonts w:ascii="Mind Meridian" w:hAnsi="Mind Meridian" w:cs="Mind Meridian"/>
        </w:rPr>
      </w:pPr>
    </w:p>
    <w:p w:rsidR="00F47A84" w:rsidRDefault="00F47A84" w14:paraId="362EDEC7" w14:textId="77777777">
      <w:pPr>
        <w:rPr>
          <w:rFonts w:ascii="Mind Meridian" w:hAnsi="Mind Meridian" w:cs="Mind Meridian"/>
        </w:rPr>
      </w:pPr>
    </w:p>
    <w:p w:rsidR="002F5790" w:rsidRDefault="002F5790" w14:paraId="430E416E" w14:textId="77777777">
      <w:pPr>
        <w:rPr>
          <w:rFonts w:ascii="Mind Meridian" w:hAnsi="Mind Meridian" w:cs="Mind Meridian"/>
        </w:rPr>
      </w:pPr>
    </w:p>
    <w:p w:rsidR="002F5790" w:rsidRDefault="002F5790" w14:paraId="7940C3EB" w14:textId="77777777">
      <w:pPr>
        <w:rPr>
          <w:rFonts w:ascii="Mind Meridian" w:hAnsi="Mind Meridian" w:cs="Mind Meridian"/>
        </w:rPr>
      </w:pPr>
    </w:p>
    <w:p w:rsidR="002F5790" w:rsidRDefault="002F5790" w14:paraId="252AE8F2" w14:textId="77777777">
      <w:pPr>
        <w:rPr>
          <w:rFonts w:ascii="Mind Meridian" w:hAnsi="Mind Meridian" w:cs="Mind Meridian"/>
        </w:rPr>
      </w:pPr>
    </w:p>
    <w:p w:rsidRPr="004D03FA" w:rsidR="00F47A84" w:rsidRDefault="00F47A84" w14:paraId="11D321CF" w14:textId="77777777">
      <w:pPr>
        <w:rPr>
          <w:rFonts w:ascii="Mind Meridian" w:hAnsi="Mind Meridian" w:cs="Mind Meridian"/>
        </w:rPr>
      </w:pPr>
    </w:p>
    <w:p w:rsidRPr="00F47A84" w:rsidR="00F47A84" w:rsidP="00F47A84" w:rsidRDefault="00F47A84" w14:paraId="3BAED206" w14:textId="77777777">
      <w:pPr>
        <w:rPr>
          <w:rFonts w:ascii="Mind Meridian" w:hAnsi="Mind Meridian" w:cs="Mind Meridian"/>
          <w:b/>
          <w:sz w:val="28"/>
          <w:lang w:val="en-GB"/>
        </w:rPr>
      </w:pPr>
      <w:r w:rsidRPr="00F47A84">
        <w:rPr>
          <w:rFonts w:ascii="Segoe UI Emoji" w:hAnsi="Segoe UI Emoji" w:cs="Segoe UI Emoji"/>
          <w:b/>
          <w:sz w:val="28"/>
          <w:lang w:val="en-GB"/>
        </w:rPr>
        <w:t>👨</w:t>
      </w:r>
      <w:r w:rsidRPr="00F47A84">
        <w:rPr>
          <w:rFonts w:ascii="Arial" w:hAnsi="Arial" w:cs="Arial"/>
          <w:b/>
          <w:sz w:val="28"/>
          <w:lang w:val="en-GB"/>
        </w:rPr>
        <w:t>‍</w:t>
      </w:r>
      <w:r w:rsidRPr="00F47A84">
        <w:rPr>
          <w:rFonts w:ascii="Segoe UI Emoji" w:hAnsi="Segoe UI Emoji" w:cs="Segoe UI Emoji"/>
          <w:b/>
          <w:sz w:val="28"/>
          <w:lang w:val="en-GB"/>
        </w:rPr>
        <w:t>👩</w:t>
      </w:r>
      <w:r w:rsidRPr="00F47A84">
        <w:rPr>
          <w:rFonts w:ascii="Arial" w:hAnsi="Arial" w:cs="Arial"/>
          <w:b/>
          <w:sz w:val="28"/>
          <w:lang w:val="en-GB"/>
        </w:rPr>
        <w:t>‍</w:t>
      </w:r>
      <w:r w:rsidRPr="00F47A84">
        <w:rPr>
          <w:rFonts w:ascii="Segoe UI Emoji" w:hAnsi="Segoe UI Emoji" w:cs="Segoe UI Emoji"/>
          <w:b/>
          <w:sz w:val="28"/>
          <w:lang w:val="en-GB"/>
        </w:rPr>
        <w:t>👧</w:t>
      </w:r>
      <w:r w:rsidRPr="00F47A84">
        <w:rPr>
          <w:rFonts w:ascii="Mind Meridian" w:hAnsi="Mind Meridian" w:cs="Mind Meridian"/>
          <w:b/>
          <w:sz w:val="28"/>
          <w:lang w:val="en-GB"/>
        </w:rPr>
        <w:t xml:space="preserve"> Parent, Carer or Referrer Details</w:t>
      </w:r>
    </w:p>
    <w:p w:rsidR="00F0132E" w:rsidP="00F0132E" w:rsidRDefault="00000000" w14:paraId="21055D6C" w14:textId="77777777">
      <w:pPr>
        <w:pStyle w:val="ListParagraph"/>
        <w:numPr>
          <w:ilvl w:val="0"/>
          <w:numId w:val="11"/>
        </w:numPr>
        <w:rPr>
          <w:rFonts w:ascii="Mind Meridian" w:hAnsi="Mind Meridian" w:cs="Mind Meridian"/>
        </w:rPr>
      </w:pPr>
      <w:r w:rsidRPr="00F0132E">
        <w:rPr>
          <w:rFonts w:ascii="Mind Meridian" w:hAnsi="Mind Meridian" w:cs="Mind Meridian"/>
        </w:rPr>
        <w:t>Name:</w:t>
      </w:r>
    </w:p>
    <w:p w:rsidR="00F0132E" w:rsidP="00F0132E" w:rsidRDefault="00000000" w14:paraId="3655884E" w14:textId="77777777">
      <w:pPr>
        <w:pStyle w:val="ListParagraph"/>
        <w:numPr>
          <w:ilvl w:val="0"/>
          <w:numId w:val="11"/>
        </w:numPr>
        <w:rPr>
          <w:rFonts w:ascii="Mind Meridian" w:hAnsi="Mind Meridian" w:cs="Mind Meridian"/>
        </w:rPr>
      </w:pPr>
      <w:r w:rsidRPr="00F0132E">
        <w:rPr>
          <w:rFonts w:ascii="Mind Meridian" w:hAnsi="Mind Meridian" w:cs="Mind Meridian"/>
        </w:rPr>
        <w:t>Relationship to young person:</w:t>
      </w:r>
    </w:p>
    <w:p w:rsidR="00F0132E" w:rsidP="00F0132E" w:rsidRDefault="00000000" w14:paraId="1326A7BD" w14:textId="77777777">
      <w:pPr>
        <w:pStyle w:val="ListParagraph"/>
        <w:numPr>
          <w:ilvl w:val="0"/>
          <w:numId w:val="11"/>
        </w:numPr>
        <w:rPr>
          <w:rFonts w:ascii="Mind Meridian" w:hAnsi="Mind Meridian" w:cs="Mind Meridian"/>
        </w:rPr>
      </w:pPr>
      <w:r w:rsidRPr="00F0132E">
        <w:rPr>
          <w:rFonts w:ascii="Mind Meridian" w:hAnsi="Mind Meridian" w:cs="Mind Meridian"/>
        </w:rPr>
        <w:t>Organisation/service (if applicable):</w:t>
      </w:r>
    </w:p>
    <w:p w:rsidR="00F0132E" w:rsidP="00F0132E" w:rsidRDefault="00000000" w14:paraId="35D4D1F7" w14:textId="77777777">
      <w:pPr>
        <w:pStyle w:val="ListParagraph"/>
        <w:numPr>
          <w:ilvl w:val="0"/>
          <w:numId w:val="11"/>
        </w:numPr>
        <w:rPr>
          <w:rFonts w:ascii="Mind Meridian" w:hAnsi="Mind Meridian" w:cs="Mind Meridian"/>
        </w:rPr>
      </w:pPr>
      <w:r w:rsidRPr="00F0132E">
        <w:rPr>
          <w:rFonts w:ascii="Mind Meridian" w:hAnsi="Mind Meridian" w:cs="Mind Meridian"/>
        </w:rPr>
        <w:t>Phone:</w:t>
      </w:r>
    </w:p>
    <w:p w:rsidR="00F0132E" w:rsidP="00F0132E" w:rsidRDefault="00000000" w14:paraId="65EA067E" w14:textId="77777777">
      <w:pPr>
        <w:pStyle w:val="ListParagraph"/>
        <w:numPr>
          <w:ilvl w:val="0"/>
          <w:numId w:val="11"/>
        </w:numPr>
        <w:rPr>
          <w:rFonts w:ascii="Mind Meridian" w:hAnsi="Mind Meridian" w:cs="Mind Meridian"/>
        </w:rPr>
      </w:pPr>
      <w:r w:rsidRPr="00F0132E">
        <w:rPr>
          <w:rFonts w:ascii="Mind Meridian" w:hAnsi="Mind Meridian" w:cs="Mind Meridian"/>
        </w:rPr>
        <w:t>Email:</w:t>
      </w:r>
    </w:p>
    <w:p w:rsidR="00F0132E" w:rsidP="00F0132E" w:rsidRDefault="00000000" w14:paraId="153E141C" w14:textId="77777777">
      <w:pPr>
        <w:pStyle w:val="ListParagraph"/>
        <w:numPr>
          <w:ilvl w:val="0"/>
          <w:numId w:val="11"/>
        </w:numPr>
        <w:rPr>
          <w:rFonts w:ascii="Mind Meridian" w:hAnsi="Mind Meridian" w:cs="Mind Meridian"/>
        </w:rPr>
      </w:pPr>
      <w:r w:rsidRPr="00F0132E">
        <w:rPr>
          <w:rFonts w:ascii="Mind Meridian" w:hAnsi="Mind Meridian" w:cs="Mind Meridian"/>
        </w:rPr>
        <w:t xml:space="preserve">Preferred contact method: </w:t>
      </w:r>
      <w:r w:rsidRPr="00F0132E">
        <w:rPr>
          <w:rFonts w:ascii="Arial" w:hAnsi="Arial" w:cs="Arial"/>
        </w:rPr>
        <w:t>□</w:t>
      </w:r>
      <w:r w:rsidRPr="00F0132E">
        <w:rPr>
          <w:rFonts w:ascii="Mind Meridian" w:hAnsi="Mind Meridian" w:cs="Mind Meridian"/>
        </w:rPr>
        <w:t xml:space="preserve"> Phone </w:t>
      </w:r>
      <w:r w:rsidRPr="00F0132E">
        <w:rPr>
          <w:rFonts w:ascii="Arial" w:hAnsi="Arial" w:cs="Arial"/>
        </w:rPr>
        <w:t>□</w:t>
      </w:r>
      <w:r w:rsidRPr="00F0132E">
        <w:rPr>
          <w:rFonts w:ascii="Mind Meridian" w:hAnsi="Mind Meridian" w:cs="Mind Meridian"/>
        </w:rPr>
        <w:t xml:space="preserve"> Email</w:t>
      </w:r>
    </w:p>
    <w:p w:rsidR="00F0132E" w:rsidP="00F0132E" w:rsidRDefault="00000000" w14:paraId="198BEEB9" w14:textId="77777777">
      <w:pPr>
        <w:pStyle w:val="ListParagraph"/>
        <w:numPr>
          <w:ilvl w:val="0"/>
          <w:numId w:val="11"/>
        </w:numPr>
        <w:rPr>
          <w:rFonts w:ascii="Mind Meridian" w:hAnsi="Mind Meridian" w:cs="Mind Meridian"/>
        </w:rPr>
      </w:pPr>
      <w:r w:rsidRPr="00F0132E">
        <w:rPr>
          <w:rFonts w:ascii="Mind Meridian" w:hAnsi="Mind Meridian" w:cs="Mind Meridian"/>
        </w:rPr>
        <w:t>Date of referral:</w:t>
      </w:r>
    </w:p>
    <w:p w:rsidRPr="00F0132E" w:rsidR="00091237" w:rsidP="00F0132E" w:rsidRDefault="00000000" w14:paraId="3C36DF55" w14:textId="640471BB">
      <w:pPr>
        <w:pStyle w:val="ListParagraph"/>
        <w:numPr>
          <w:ilvl w:val="0"/>
          <w:numId w:val="11"/>
        </w:numPr>
        <w:rPr>
          <w:rFonts w:ascii="Mind Meridian" w:hAnsi="Mind Meridian" w:cs="Mind Meridian"/>
        </w:rPr>
      </w:pPr>
      <w:r w:rsidRPr="00F0132E">
        <w:rPr>
          <w:rFonts w:ascii="Mind Meridian" w:hAnsi="Mind Meridian" w:cs="Mind Meridian"/>
        </w:rPr>
        <w:t>DSL contact (if applicable):</w:t>
      </w:r>
    </w:p>
    <w:p w:rsidRPr="00F527F9" w:rsidR="00F527F9" w:rsidP="00F527F9" w:rsidRDefault="00F527F9" w14:paraId="66A4D38B" w14:textId="77777777">
      <w:pPr>
        <w:rPr>
          <w:rFonts w:ascii="Mind Meridian" w:hAnsi="Mind Meridian" w:cs="Mind Meridian"/>
          <w:b/>
          <w:sz w:val="28"/>
          <w:lang w:val="en-GB"/>
        </w:rPr>
      </w:pPr>
      <w:r w:rsidRPr="00F527F9">
        <w:rPr>
          <w:rFonts w:ascii="Segoe UI Emoji" w:hAnsi="Segoe UI Emoji" w:cs="Segoe UI Emoji"/>
          <w:b/>
          <w:sz w:val="28"/>
          <w:lang w:val="en-GB"/>
        </w:rPr>
        <w:t>💛</w:t>
      </w:r>
      <w:r w:rsidRPr="00F527F9">
        <w:rPr>
          <w:rFonts w:ascii="Mind Meridian" w:hAnsi="Mind Meridian" w:cs="Mind Meridian"/>
          <w:b/>
          <w:sz w:val="28"/>
          <w:lang w:val="en-GB"/>
        </w:rPr>
        <w:t xml:space="preserve"> About the Bereavement and Support Needed</w:t>
      </w:r>
    </w:p>
    <w:p w:rsidR="00F0132E" w:rsidRDefault="00E53FDA" w14:paraId="632EA259" w14:textId="77777777">
      <w:pPr>
        <w:rPr>
          <w:rFonts w:ascii="Mind Meridian" w:hAnsi="Mind Meridian" w:cs="Mind Meridian"/>
        </w:rPr>
      </w:pPr>
      <w:r w:rsidRPr="00E53FDA">
        <w:rPr>
          <w:rFonts w:ascii="Mind Meridian" w:hAnsi="Mind Meridian" w:cs="Mind Meridian"/>
        </w:rPr>
        <w:t xml:space="preserve">You can share as much or as little as you feel comfortable. It might be helpful to tell us about the loss and who it was, </w:t>
      </w:r>
      <w:r>
        <w:rPr>
          <w:rFonts w:ascii="Mind Meridian" w:hAnsi="Mind Meridian" w:cs="Mind Meridian"/>
        </w:rPr>
        <w:t>as well as</w:t>
      </w:r>
      <w:r w:rsidRPr="00E53FDA">
        <w:rPr>
          <w:rFonts w:ascii="Mind Meridian" w:hAnsi="Mind Meridian" w:cs="Mind Meridian"/>
        </w:rPr>
        <w:t xml:space="preserve"> their relationship to the child/you. When the loss happened and anything else you’d like us to know about what’s been going on</w:t>
      </w:r>
      <w:r w:rsidR="00F0132E">
        <w:rPr>
          <w:rFonts w:ascii="Mind Meridian" w:hAnsi="Mind Meridian" w:cs="Mind Meridian"/>
        </w:rPr>
        <w:t xml:space="preserve"> for the young person.</w:t>
      </w:r>
    </w:p>
    <w:p w:rsidR="005C42C7" w:rsidRDefault="005C42C7" w14:paraId="1CBCE3C7" w14:textId="695E56A3">
      <w:pPr>
        <w:rPr>
          <w:rFonts w:ascii="Mind Meridian" w:hAnsi="Mind Meridian" w:cs="Mind Meridian"/>
        </w:rPr>
      </w:pPr>
      <w:r w:rsidRPr="005C42C7">
        <w:rPr>
          <w:rFonts w:ascii="Segoe UI Emoji" w:hAnsi="Segoe UI Emoji" w:cs="Segoe UI Emoji"/>
        </w:rPr>
        <w:t>👇</w:t>
      </w:r>
      <w:r w:rsidRPr="005C42C7">
        <w:rPr>
          <w:rFonts w:ascii="Mind Meridian" w:hAnsi="Mind Meridian" w:cs="Mind Meridian"/>
        </w:rPr>
        <w:t> </w:t>
      </w:r>
      <w:r w:rsidRPr="005C42C7">
        <w:rPr>
          <w:rFonts w:ascii="Mind Meridian" w:hAnsi="Mind Meridian" w:cs="Mind Meridian"/>
          <w:b/>
          <w:bCs/>
        </w:rPr>
        <w:t>Please add information under the following questions:</w:t>
      </w:r>
      <w:r w:rsidRPr="005C42C7">
        <w:rPr>
          <w:rFonts w:ascii="Mind Meridian" w:hAnsi="Mind Meridian" w:cs="Mind Meridian"/>
        </w:rPr>
        <w:t> </w:t>
      </w:r>
    </w:p>
    <w:p w:rsidR="005C42C7" w:rsidRDefault="005C42C7" w14:paraId="400460ED" w14:textId="77777777">
      <w:pPr>
        <w:rPr>
          <w:rFonts w:ascii="Mind Meridian" w:hAnsi="Mind Meridian" w:cs="Mind Meridian"/>
        </w:rPr>
      </w:pPr>
    </w:p>
    <w:p w:rsidR="005C42C7" w:rsidRDefault="005C42C7" w14:paraId="48670BC8" w14:textId="77777777">
      <w:pPr>
        <w:rPr>
          <w:rFonts w:ascii="Mind Meridian" w:hAnsi="Mind Meridian" w:cs="Mind Meridian"/>
        </w:rPr>
      </w:pPr>
    </w:p>
    <w:p w:rsidR="005C42C7" w:rsidRDefault="005C42C7" w14:paraId="7587C1D1" w14:textId="77777777">
      <w:pPr>
        <w:rPr>
          <w:rFonts w:ascii="Mind Meridian" w:hAnsi="Mind Meridian" w:cs="Mind Meridian"/>
        </w:rPr>
      </w:pPr>
    </w:p>
    <w:p w:rsidR="005C42C7" w:rsidRDefault="005C42C7" w14:paraId="0EE3D14F" w14:textId="77777777">
      <w:pPr>
        <w:rPr>
          <w:rFonts w:ascii="Mind Meridian" w:hAnsi="Mind Meridian" w:cs="Mind Meridian"/>
        </w:rPr>
      </w:pPr>
    </w:p>
    <w:p w:rsidR="005C42C7" w:rsidRDefault="005C42C7" w14:paraId="66B1A185" w14:textId="77777777">
      <w:pPr>
        <w:rPr>
          <w:rFonts w:ascii="Mind Meridian" w:hAnsi="Mind Meridian" w:cs="Mind Meridian"/>
        </w:rPr>
      </w:pPr>
    </w:p>
    <w:p w:rsidR="00F0132E" w:rsidRDefault="00F0132E" w14:paraId="0694161E" w14:textId="77777777">
      <w:pPr>
        <w:rPr>
          <w:rFonts w:ascii="Mind Meridian" w:hAnsi="Mind Meridian" w:cs="Mind Meridian"/>
        </w:rPr>
      </w:pPr>
    </w:p>
    <w:p w:rsidR="00F0132E" w:rsidP="00425DAC" w:rsidRDefault="00F0132E" w14:paraId="3EEF9D67" w14:textId="77777777">
      <w:pPr>
        <w:rPr>
          <w:rFonts w:ascii="Mind Meridian" w:hAnsi="Mind Meridian" w:cs="Mind Meridian"/>
        </w:rPr>
      </w:pPr>
    </w:p>
    <w:p w:rsidRPr="00425DAC" w:rsidR="00425DAC" w:rsidP="00425DAC" w:rsidRDefault="00425DAC" w14:paraId="1CBD22D2" w14:textId="1E4E5A6C">
      <w:pPr>
        <w:rPr>
          <w:rFonts w:ascii="Mind Meridian" w:hAnsi="Mind Meridian" w:cs="Mind Meridian"/>
          <w:b/>
          <w:sz w:val="28"/>
          <w:lang w:val="en-GB"/>
        </w:rPr>
      </w:pPr>
      <w:r w:rsidRPr="00425DAC">
        <w:rPr>
          <w:rFonts w:ascii="Segoe UI Emoji" w:hAnsi="Segoe UI Emoji" w:cs="Segoe UI Emoji"/>
          <w:b/>
          <w:sz w:val="28"/>
          <w:lang w:val="en-GB"/>
        </w:rPr>
        <w:t>👭</w:t>
      </w:r>
      <w:r w:rsidRPr="00425DAC">
        <w:rPr>
          <w:rFonts w:ascii="Mind Meridian" w:hAnsi="Mind Meridian" w:cs="Mind Meridian"/>
          <w:b/>
          <w:sz w:val="28"/>
          <w:lang w:val="en-GB"/>
        </w:rPr>
        <w:t xml:space="preserve"> Siblings Who May Also Need Support</w:t>
      </w:r>
    </w:p>
    <w:p w:rsidR="00091237" w:rsidRDefault="00000000" w14:paraId="6E3396DD" w14:textId="77777777">
      <w:pPr>
        <w:rPr>
          <w:rFonts w:ascii="Mind Meridian" w:hAnsi="Mind Meridian" w:cs="Mind Meridian"/>
        </w:rPr>
      </w:pPr>
      <w:r w:rsidRPr="004D03FA">
        <w:rPr>
          <w:rFonts w:ascii="Mind Meridian" w:hAnsi="Mind Meridian" w:cs="Mind Meridian"/>
        </w:rPr>
        <w:t xml:space="preserve">Do any siblings require support? </w:t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Yes </w:t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No</w:t>
      </w:r>
      <w:r w:rsidRPr="004D03FA">
        <w:rPr>
          <w:rFonts w:ascii="Mind Meridian" w:hAnsi="Mind Meridian" w:cs="Mind Meridian"/>
        </w:rPr>
        <w:br/>
      </w:r>
      <w:r w:rsidRPr="004D03FA">
        <w:rPr>
          <w:rFonts w:ascii="Mind Meridian" w:hAnsi="Mind Meridian" w:cs="Mind Meridian"/>
        </w:rPr>
        <w:t xml:space="preserve">If yes: </w:t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Attend together </w:t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Separate support</w:t>
      </w:r>
      <w:r w:rsidRPr="004D03FA">
        <w:rPr>
          <w:rFonts w:ascii="Mind Meridian" w:hAnsi="Mind Meridian" w:cs="Mind Meridian"/>
        </w:rPr>
        <w:br/>
      </w:r>
      <w:r w:rsidRPr="004D03FA">
        <w:rPr>
          <w:rFonts w:ascii="Mind Meridian" w:hAnsi="Mind Meridian" w:cs="Mind Meridian"/>
        </w:rPr>
        <w:t>Sibling details:</w:t>
      </w:r>
    </w:p>
    <w:p w:rsidR="00720131" w:rsidRDefault="00720131" w14:paraId="36DD40E8" w14:textId="77777777">
      <w:pPr>
        <w:rPr>
          <w:rFonts w:ascii="Mind Meridian" w:hAnsi="Mind Meridian" w:cs="Mind Meridian"/>
        </w:rPr>
      </w:pPr>
    </w:p>
    <w:p w:rsidR="00720131" w:rsidRDefault="00720131" w14:paraId="374DAE01" w14:textId="77777777">
      <w:pPr>
        <w:rPr>
          <w:rFonts w:ascii="Mind Meridian" w:hAnsi="Mind Meridian" w:cs="Mind Meridian"/>
        </w:rPr>
      </w:pPr>
    </w:p>
    <w:p w:rsidRPr="004D03FA" w:rsidR="00720131" w:rsidRDefault="00720131" w14:paraId="6382DC20" w14:textId="77777777">
      <w:pPr>
        <w:rPr>
          <w:rFonts w:ascii="Mind Meridian" w:hAnsi="Mind Meridian" w:cs="Mind Meridian"/>
        </w:rPr>
      </w:pPr>
    </w:p>
    <w:p w:rsidRPr="00425DAC" w:rsidR="00425DAC" w:rsidP="00425DAC" w:rsidRDefault="00425DAC" w14:paraId="1143FB56" w14:textId="77777777">
      <w:pPr>
        <w:rPr>
          <w:rFonts w:ascii="Mind Meridian" w:hAnsi="Mind Meridian" w:cs="Mind Meridian"/>
          <w:b/>
          <w:sz w:val="28"/>
          <w:lang w:val="en-GB"/>
        </w:rPr>
      </w:pPr>
      <w:r w:rsidRPr="00425DAC">
        <w:rPr>
          <w:rFonts w:ascii="Segoe UI Emoji" w:hAnsi="Segoe UI Emoji" w:cs="Segoe UI Emoji"/>
          <w:b/>
          <w:sz w:val="28"/>
          <w:lang w:val="en-GB"/>
        </w:rPr>
        <w:t>🌟</w:t>
      </w:r>
      <w:r w:rsidRPr="00425DAC">
        <w:rPr>
          <w:rFonts w:ascii="Mind Meridian" w:hAnsi="Mind Meridian" w:cs="Mind Meridian"/>
          <w:b/>
          <w:sz w:val="28"/>
          <w:lang w:val="en-GB"/>
        </w:rPr>
        <w:t xml:space="preserve"> Support Needs and Adjustments</w:t>
      </w:r>
    </w:p>
    <w:p w:rsidRPr="004D03FA" w:rsidR="00091237" w:rsidRDefault="00000000" w14:paraId="5848A7F4" w14:textId="77777777">
      <w:pPr>
        <w:rPr>
          <w:rFonts w:ascii="Mind Meridian" w:hAnsi="Mind Meridian" w:cs="Mind Meridian"/>
        </w:rPr>
      </w:pPr>
      <w:r w:rsidRPr="004D03FA">
        <w:rPr>
          <w:rFonts w:ascii="Mind Meridian" w:hAnsi="Mind Meridian" w:cs="Mind Meridian"/>
        </w:rPr>
        <w:t xml:space="preserve">Has the young person been involved in discussing this referral? </w:t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Yes </w:t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No </w:t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Not yet</w:t>
      </w:r>
      <w:r w:rsidRPr="004D03FA">
        <w:rPr>
          <w:rFonts w:ascii="Mind Meridian" w:hAnsi="Mind Meridian" w:cs="Mind Meridian"/>
        </w:rPr>
        <w:br/>
      </w:r>
      <w:r w:rsidRPr="004D03FA">
        <w:rPr>
          <w:rFonts w:ascii="Mind Meridian" w:hAnsi="Mind Meridian" w:cs="Mind Meridian"/>
        </w:rPr>
        <w:br/>
      </w:r>
      <w:r w:rsidRPr="004D03FA">
        <w:rPr>
          <w:rFonts w:ascii="Mind Meridian" w:hAnsi="Mind Meridian" w:cs="Mind Meridian"/>
        </w:rPr>
        <w:t>Does the young person have any communication, accessibility, learning, sensory, physical or emotional support needs we should be aware of?</w:t>
      </w:r>
      <w:r w:rsidRPr="004D03FA">
        <w:rPr>
          <w:rFonts w:ascii="Mind Meridian" w:hAnsi="Mind Meridian" w:cs="Mind Meridian"/>
        </w:rPr>
        <w:br/>
      </w:r>
      <w:r w:rsidRPr="004D03FA">
        <w:rPr>
          <w:rFonts w:ascii="Mind Meridian" w:hAnsi="Mind Meridian" w:cs="Mind Meridian"/>
        </w:rPr>
        <w:br/>
      </w:r>
      <w:r w:rsidRPr="004D03FA">
        <w:rPr>
          <w:rFonts w:ascii="Mind Meridian" w:hAnsi="Mind Meridian" w:cs="Mind Meridian"/>
        </w:rPr>
        <w:t xml:space="preserve">Are there any current safeguarding concerns or important circumstances we should know to support them safely? </w:t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Yes </w:t>
      </w:r>
      <w:r w:rsidRPr="004D03FA">
        <w:rPr>
          <w:rFonts w:ascii="Arial" w:hAnsi="Arial" w:cs="Arial"/>
        </w:rPr>
        <w:t>□</w:t>
      </w:r>
      <w:r w:rsidRPr="004D03FA">
        <w:rPr>
          <w:rFonts w:ascii="Mind Meridian" w:hAnsi="Mind Meridian" w:cs="Mind Meridian"/>
        </w:rPr>
        <w:t xml:space="preserve"> No</w:t>
      </w:r>
    </w:p>
    <w:p w:rsidRPr="00EA00D4" w:rsidR="00EA00D4" w:rsidP="00EA00D4" w:rsidRDefault="00EA00D4" w14:paraId="615388F6" w14:textId="77777777">
      <w:pPr>
        <w:rPr>
          <w:rFonts w:ascii="Mind Meridian" w:hAnsi="Mind Meridian" w:cs="Mind Meridian"/>
          <w:b/>
          <w:sz w:val="28"/>
          <w:lang w:val="en-GB"/>
        </w:rPr>
      </w:pPr>
      <w:r w:rsidRPr="00EA00D4">
        <w:rPr>
          <w:rFonts w:ascii="Segoe UI Emoji" w:hAnsi="Segoe UI Emoji" w:cs="Segoe UI Emoji"/>
          <w:b/>
          <w:sz w:val="28"/>
          <w:lang w:val="en-GB"/>
        </w:rPr>
        <w:t>✍️</w:t>
      </w:r>
      <w:r w:rsidRPr="00EA00D4">
        <w:rPr>
          <w:rFonts w:ascii="Mind Meridian" w:hAnsi="Mind Meridian" w:cs="Mind Meridian"/>
          <w:b/>
          <w:sz w:val="28"/>
          <w:lang w:val="en-GB"/>
        </w:rPr>
        <w:t xml:space="preserve"> Consent</w:t>
      </w:r>
    </w:p>
    <w:p w:rsidRPr="004D03FA" w:rsidR="00091237" w:rsidRDefault="00000000" w14:paraId="611BEAB9" w14:textId="77777777">
      <w:pPr/>
      <w:r w:rsidRPr="7D8C723B" w:rsidR="00000000">
        <w:rPr>
          <w:rFonts w:ascii="Mind Meridian" w:hAnsi="Mind Meridian" w:cs="Mind Meridian"/>
        </w:rPr>
        <w:t>Young person signature/verbal consent: __________ Date: __________</w:t>
      </w:r>
      <w:r>
        <w:br/>
      </w:r>
      <w:r>
        <w:br/>
      </w:r>
      <w:r w:rsidRPr="7D8C723B" w:rsidR="00000000">
        <w:rPr>
          <w:rFonts w:ascii="Mind Meridian" w:hAnsi="Mind Meridian" w:cs="Mind Meridian"/>
        </w:rPr>
        <w:t>Parent/Guardian signature (if under 16): __________ Date: __________</w:t>
      </w:r>
    </w:p>
    <w:p w:rsidR="7D8C723B" w:rsidP="7D8C723B" w:rsidRDefault="7D8C723B" w14:paraId="567451B6" w14:textId="2A76C4BC">
      <w:pPr>
        <w:rPr>
          <w:rFonts w:ascii="Mind Meridian" w:hAnsi="Mind Meridian" w:cs="Mind Meridian"/>
        </w:rPr>
      </w:pPr>
    </w:p>
    <w:p w:rsidRPr="00EA00D4" w:rsidR="00EA00D4" w:rsidP="00EA00D4" w:rsidRDefault="00EA00D4" w14:paraId="090CE3AF" w14:textId="77777777">
      <w:pPr>
        <w:rPr>
          <w:rFonts w:ascii="Mind Meridian" w:hAnsi="Mind Meridian" w:cs="Mind Meridian"/>
          <w:b/>
          <w:sz w:val="28"/>
          <w:lang w:val="en-GB"/>
        </w:rPr>
      </w:pPr>
      <w:r w:rsidRPr="00EA00D4">
        <w:rPr>
          <w:rFonts w:ascii="Segoe UI Emoji" w:hAnsi="Segoe UI Emoji" w:cs="Segoe UI Emoji"/>
          <w:b/>
          <w:sz w:val="28"/>
          <w:lang w:val="en-GB"/>
        </w:rPr>
        <w:t>🔒</w:t>
      </w:r>
      <w:r w:rsidRPr="00EA00D4">
        <w:rPr>
          <w:rFonts w:ascii="Mind Meridian" w:hAnsi="Mind Meridian" w:cs="Mind Meridian"/>
          <w:b/>
          <w:sz w:val="28"/>
          <w:lang w:val="en-GB"/>
        </w:rPr>
        <w:t xml:space="preserve"> Privacy and Confidentiality</w:t>
      </w:r>
    </w:p>
    <w:p w:rsidRPr="004D03FA" w:rsidR="00091237" w:rsidRDefault="00000000" w14:paraId="7064725B" w14:textId="14D62D68">
      <w:pPr>
        <w:rPr>
          <w:rFonts w:ascii="Mind Meridian" w:hAnsi="Mind Meridian" w:cs="Mind Meridian"/>
        </w:rPr>
      </w:pPr>
      <w:r w:rsidRPr="004D03FA">
        <w:rPr>
          <w:rFonts w:ascii="Mind Meridian" w:hAnsi="Mind Meridian" w:cs="Mind Meridian"/>
        </w:rPr>
        <w:t xml:space="preserve">Our funders ask us to collect some demographic information. Providing this information is optional. More information: </w:t>
      </w:r>
      <w:hyperlink w:history="1" r:id="rId10">
        <w:r w:rsidRPr="00720131">
          <w:rPr>
            <w:rStyle w:val="Hyperlink"/>
            <w:rFonts w:ascii="Mind Meridian" w:hAnsi="Mind Meridian" w:cs="Mind Meridian"/>
          </w:rPr>
          <w:t>www.lancashiremind.org.uk/lancashire-mind-policies</w:t>
        </w:r>
      </w:hyperlink>
    </w:p>
    <w:sectPr w:rsidRPr="004D03FA" w:rsidR="00091237" w:rsidSect="00034616">
      <w:headerReference w:type="default" r:id="rId11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53EB" w:rsidP="005C42C7" w:rsidRDefault="005A53EB" w14:paraId="7E189905" w14:textId="77777777">
      <w:pPr>
        <w:spacing w:after="0" w:line="240" w:lineRule="auto"/>
      </w:pPr>
      <w:r>
        <w:separator/>
      </w:r>
    </w:p>
  </w:endnote>
  <w:endnote w:type="continuationSeparator" w:id="0">
    <w:p w:rsidR="005A53EB" w:rsidP="005C42C7" w:rsidRDefault="005A53EB" w14:paraId="48E8C8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ind Meridian">
    <w:altName w:val="Calibri"/>
    <w:charset w:val="00"/>
    <w:family w:val="swiss"/>
    <w:notTrueType/>
    <w:pitch w:val="variable"/>
    <w:sig w:usb0="A00000EF" w:usb1="5000606B" w:usb2="00000008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53EB" w:rsidP="005C42C7" w:rsidRDefault="005A53EB" w14:paraId="1B9715C4" w14:textId="77777777">
      <w:pPr>
        <w:spacing w:after="0" w:line="240" w:lineRule="auto"/>
      </w:pPr>
      <w:r>
        <w:separator/>
      </w:r>
    </w:p>
  </w:footnote>
  <w:footnote w:type="continuationSeparator" w:id="0">
    <w:p w:rsidR="005A53EB" w:rsidP="005C42C7" w:rsidRDefault="005A53EB" w14:paraId="1B637C0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C42C7" w:rsidRDefault="00AB5694" w14:paraId="4DA51824" w14:textId="22848F8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59963B" wp14:editId="6D698934">
          <wp:simplePos x="0" y="0"/>
          <wp:positionH relativeFrom="column">
            <wp:posOffset>-1066800</wp:posOffset>
          </wp:positionH>
          <wp:positionV relativeFrom="paragraph">
            <wp:posOffset>-400050</wp:posOffset>
          </wp:positionV>
          <wp:extent cx="1257300" cy="1102556"/>
          <wp:effectExtent l="0" t="0" r="0" b="2540"/>
          <wp:wrapNone/>
          <wp:docPr id="90333646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68" cy="1104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5694">
      <w:drawing>
        <wp:anchor distT="0" distB="0" distL="114300" distR="114300" simplePos="0" relativeHeight="251659264" behindDoc="0" locked="0" layoutInCell="1" allowOverlap="1" wp14:anchorId="33861F28" wp14:editId="038E3A05">
          <wp:simplePos x="0" y="0"/>
          <wp:positionH relativeFrom="column">
            <wp:posOffset>5057775</wp:posOffset>
          </wp:positionH>
          <wp:positionV relativeFrom="paragraph">
            <wp:posOffset>-276225</wp:posOffset>
          </wp:positionV>
          <wp:extent cx="1447800" cy="571500"/>
          <wp:effectExtent l="0" t="0" r="0" b="0"/>
          <wp:wrapNone/>
          <wp:docPr id="7755804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207732BB"/>
    <w:multiLevelType w:val="hybridMultilevel"/>
    <w:tmpl w:val="F260D7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B0D249A"/>
    <w:multiLevelType w:val="hybridMultilevel"/>
    <w:tmpl w:val="D4CC1C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91042178">
    <w:abstractNumId w:val="8"/>
  </w:num>
  <w:num w:numId="2" w16cid:durableId="1717779890">
    <w:abstractNumId w:val="6"/>
  </w:num>
  <w:num w:numId="3" w16cid:durableId="473790146">
    <w:abstractNumId w:val="5"/>
  </w:num>
  <w:num w:numId="4" w16cid:durableId="1375076703">
    <w:abstractNumId w:val="4"/>
  </w:num>
  <w:num w:numId="5" w16cid:durableId="2134857298">
    <w:abstractNumId w:val="7"/>
  </w:num>
  <w:num w:numId="6" w16cid:durableId="1347058073">
    <w:abstractNumId w:val="3"/>
  </w:num>
  <w:num w:numId="7" w16cid:durableId="271324240">
    <w:abstractNumId w:val="2"/>
  </w:num>
  <w:num w:numId="8" w16cid:durableId="1529443370">
    <w:abstractNumId w:val="1"/>
  </w:num>
  <w:num w:numId="9" w16cid:durableId="117379537">
    <w:abstractNumId w:val="0"/>
  </w:num>
  <w:num w:numId="10" w16cid:durableId="207423737">
    <w:abstractNumId w:val="10"/>
  </w:num>
  <w:num w:numId="11" w16cid:durableId="1989362175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34616"/>
    <w:rsid w:val="000476D6"/>
    <w:rsid w:val="0006063C"/>
    <w:rsid w:val="00091237"/>
    <w:rsid w:val="0015074B"/>
    <w:rsid w:val="00174B3B"/>
    <w:rsid w:val="001E3D66"/>
    <w:rsid w:val="0029639D"/>
    <w:rsid w:val="002F5790"/>
    <w:rsid w:val="00326F90"/>
    <w:rsid w:val="00425DAC"/>
    <w:rsid w:val="004D03FA"/>
    <w:rsid w:val="005A53EB"/>
    <w:rsid w:val="005C42C7"/>
    <w:rsid w:val="006B6F49"/>
    <w:rsid w:val="00720131"/>
    <w:rsid w:val="00867F4B"/>
    <w:rsid w:val="008E178B"/>
    <w:rsid w:val="009C2891"/>
    <w:rsid w:val="00AA1D8D"/>
    <w:rsid w:val="00AB5694"/>
    <w:rsid w:val="00B47730"/>
    <w:rsid w:val="00CB0664"/>
    <w:rsid w:val="00E53FDA"/>
    <w:rsid w:val="00EA00D4"/>
    <w:rsid w:val="00F0132E"/>
    <w:rsid w:val="00F47A84"/>
    <w:rsid w:val="00F527F9"/>
    <w:rsid w:val="00FC693F"/>
    <w:rsid w:val="7D8C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A4F5E89-ACBD-49A1-9719-B57FF104E8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E3D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3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thewaveproject@lancashiremind.org.uk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yperlink" Target="www.lancashiremind.org.uk/lancashire-mind-policies" TargetMode="External" Id="rId10" /><Relationship Type="http://schemas.openxmlformats.org/officeDocument/2006/relationships/settings" Target="settings.xml" Id="rId4" /><Relationship Type="http://schemas.openxmlformats.org/officeDocument/2006/relationships/image" Target="media/image1.png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Hazel Cook</dc:creator>
  <keywords/>
  <dc:description>generated by python-docx</dc:description>
  <lastModifiedBy>Hazel Cook</lastModifiedBy>
  <revision>19</revision>
  <dcterms:created xsi:type="dcterms:W3CDTF">2026-08-11T13:13:00.0000000Z</dcterms:created>
  <dcterms:modified xsi:type="dcterms:W3CDTF">2026-08-17T08:25:26.6509685Z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7f6138c1-417a-4ba8-b32c-edb9e12b2b9e</vt:lpwstr>
  </property>
</Properties>
</file>